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28608" w14:textId="77777777" w:rsidR="00164D9E" w:rsidRPr="00D303D6" w:rsidRDefault="00000000">
      <w:pPr>
        <w:spacing w:after="40"/>
        <w:rPr>
          <w:lang w:val="el-GR"/>
        </w:rPr>
      </w:pPr>
      <w:r w:rsidRPr="00D303D6">
        <w:rPr>
          <w:b/>
          <w:color w:val="14416C"/>
          <w:lang w:val="el-GR"/>
        </w:rPr>
        <w:t>ΔΗΜΟΚΡΙΤΕΙΟ ΠΑΝΕΠΙΣΤΗΜΙΟ ΘΡΑΚΗΣ</w:t>
      </w:r>
    </w:p>
    <w:p w14:paraId="1C8CA219" w14:textId="77777777" w:rsidR="00164D9E" w:rsidRPr="00D303D6" w:rsidRDefault="00000000">
      <w:pPr>
        <w:spacing w:after="260"/>
        <w:rPr>
          <w:lang w:val="el-GR"/>
        </w:rPr>
      </w:pPr>
      <w:r w:rsidRPr="00D303D6">
        <w:rPr>
          <w:color w:val="687783"/>
          <w:sz w:val="17"/>
          <w:lang w:val="el-GR"/>
        </w:rPr>
        <w:t>Τμήμα Διοικητικής Επιστήμης και Τεχνολογίας  |  ΠΜΣ «Ψηφιακό Μάρκετινγκ»</w:t>
      </w:r>
    </w:p>
    <w:p w14:paraId="5A334D9B" w14:textId="77777777" w:rsidR="00164D9E" w:rsidRPr="00D303D6" w:rsidRDefault="00000000">
      <w:pPr>
        <w:rPr>
          <w:lang w:val="el-GR"/>
        </w:rPr>
      </w:pPr>
      <w:r w:rsidRPr="00D303D6">
        <w:rPr>
          <w:b/>
          <w:color w:val="14416C"/>
          <w:sz w:val="32"/>
          <w:lang w:val="el-GR"/>
        </w:rPr>
        <w:t>ΑΙΤΗΣΗ ΑΠΑΛΛΑΓΗΣ ΑΠΟ ΤΕΛΗ ΦΟΙΤΗΣΗΣ</w:t>
      </w:r>
    </w:p>
    <w:p w14:paraId="7D3519CF" w14:textId="696D24EA" w:rsidR="00164D9E" w:rsidRPr="00D303D6" w:rsidRDefault="00000000">
      <w:pPr>
        <w:spacing w:after="200"/>
        <w:rPr>
          <w:lang w:val="el-GR"/>
        </w:rPr>
      </w:pPr>
      <w:r w:rsidRPr="00D303D6">
        <w:rPr>
          <w:color w:val="687783"/>
          <w:sz w:val="20"/>
          <w:lang w:val="el-GR"/>
        </w:rPr>
        <w:t>Ακαδημαϊκό έτος 202</w:t>
      </w:r>
      <w:r w:rsidR="00D303D6">
        <w:rPr>
          <w:color w:val="687783"/>
          <w:sz w:val="20"/>
          <w:lang w:val="el-GR"/>
        </w:rPr>
        <w:t>6</w:t>
      </w:r>
      <w:r w:rsidRPr="00D303D6">
        <w:rPr>
          <w:color w:val="687783"/>
          <w:sz w:val="20"/>
          <w:lang w:val="el-GR"/>
        </w:rPr>
        <w:t>–202</w:t>
      </w:r>
      <w:r w:rsidR="00D303D6">
        <w:rPr>
          <w:color w:val="687783"/>
          <w:sz w:val="20"/>
          <w:lang w:val="el-GR"/>
        </w:rPr>
        <w:t>7</w:t>
      </w:r>
    </w:p>
    <w:p w14:paraId="792C069E" w14:textId="77777777" w:rsidR="00164D9E" w:rsidRDefault="00000000">
      <w:pPr>
        <w:spacing w:before="160" w:after="100"/>
      </w:pPr>
      <w:proofErr w:type="gramStart"/>
      <w:r>
        <w:rPr>
          <w:b/>
          <w:color w:val="14416C"/>
          <w:sz w:val="20"/>
        </w:rPr>
        <w:t>01  ΣΤΟΙΧΕΙΑ</w:t>
      </w:r>
      <w:proofErr w:type="gramEnd"/>
      <w:r>
        <w:rPr>
          <w:b/>
          <w:color w:val="14416C"/>
          <w:sz w:val="20"/>
        </w:rPr>
        <w:t xml:space="preserve"> ΤΑΥΤΟΤΗΤΑΣ</w:t>
      </w:r>
    </w:p>
    <w:tbl>
      <w:tblPr>
        <w:tblW w:w="0" w:type="auto"/>
        <w:tblLayout w:type="fixed"/>
        <w:tblLook w:val="04A0" w:firstRow="1" w:lastRow="0" w:firstColumn="1" w:lastColumn="0" w:noHBand="0" w:noVBand="1"/>
      </w:tblPr>
      <w:tblGrid>
        <w:gridCol w:w="2347"/>
        <w:gridCol w:w="7819"/>
      </w:tblGrid>
      <w:tr w:rsidR="00164D9E" w14:paraId="4725CBD8" w14:textId="77777777">
        <w:tc>
          <w:tcPr>
            <w:tcW w:w="2347" w:type="dxa"/>
            <w:vAlign w:val="center"/>
          </w:tcPr>
          <w:p w14:paraId="2906D54F" w14:textId="77777777" w:rsidR="00164D9E" w:rsidRDefault="00000000">
            <w:pPr>
              <w:spacing w:before="60" w:after="60"/>
            </w:pPr>
            <w:r>
              <w:rPr>
                <w:b/>
                <w:color w:val="687783"/>
              </w:rPr>
              <w:t>Επώνυμο</w:t>
            </w:r>
          </w:p>
        </w:tc>
        <w:tc>
          <w:tcPr>
            <w:tcW w:w="7819" w:type="dxa"/>
            <w:tcBorders>
              <w:bottom w:val="single" w:sz="5" w:space="0" w:color="CED7DF"/>
            </w:tcBorders>
            <w:vAlign w:val="center"/>
          </w:tcPr>
          <w:p w14:paraId="0631FF8F" w14:textId="77777777" w:rsidR="00164D9E" w:rsidRDefault="00000000">
            <w:r>
              <w:t xml:space="preserve"> </w:t>
            </w:r>
          </w:p>
        </w:tc>
      </w:tr>
      <w:tr w:rsidR="00164D9E" w14:paraId="03B93DCF" w14:textId="77777777">
        <w:tc>
          <w:tcPr>
            <w:tcW w:w="2347" w:type="dxa"/>
            <w:vAlign w:val="center"/>
          </w:tcPr>
          <w:p w14:paraId="1009EE78" w14:textId="77777777" w:rsidR="00164D9E" w:rsidRDefault="00000000">
            <w:pPr>
              <w:spacing w:before="60" w:after="60"/>
            </w:pPr>
            <w:r>
              <w:rPr>
                <w:b/>
                <w:color w:val="687783"/>
              </w:rPr>
              <w:t>Όνομα</w:t>
            </w:r>
          </w:p>
        </w:tc>
        <w:tc>
          <w:tcPr>
            <w:tcW w:w="7819" w:type="dxa"/>
            <w:tcBorders>
              <w:bottom w:val="single" w:sz="5" w:space="0" w:color="CED7DF"/>
            </w:tcBorders>
            <w:vAlign w:val="center"/>
          </w:tcPr>
          <w:p w14:paraId="680E32A1" w14:textId="77777777" w:rsidR="00164D9E" w:rsidRDefault="00000000">
            <w:r>
              <w:t xml:space="preserve"> </w:t>
            </w:r>
          </w:p>
        </w:tc>
      </w:tr>
      <w:tr w:rsidR="00164D9E" w14:paraId="4FC31641" w14:textId="77777777">
        <w:tc>
          <w:tcPr>
            <w:tcW w:w="2347" w:type="dxa"/>
            <w:vAlign w:val="center"/>
          </w:tcPr>
          <w:p w14:paraId="7484D037" w14:textId="77777777" w:rsidR="00164D9E" w:rsidRDefault="00000000">
            <w:pPr>
              <w:spacing w:before="60" w:after="60"/>
            </w:pPr>
            <w:r>
              <w:rPr>
                <w:b/>
                <w:color w:val="687783"/>
              </w:rPr>
              <w:t>Όνομα πατέρα</w:t>
            </w:r>
          </w:p>
        </w:tc>
        <w:tc>
          <w:tcPr>
            <w:tcW w:w="7819" w:type="dxa"/>
            <w:tcBorders>
              <w:bottom w:val="single" w:sz="5" w:space="0" w:color="CED7DF"/>
            </w:tcBorders>
            <w:vAlign w:val="center"/>
          </w:tcPr>
          <w:p w14:paraId="2634B9A8" w14:textId="77777777" w:rsidR="00164D9E" w:rsidRDefault="00000000">
            <w:r>
              <w:t xml:space="preserve"> </w:t>
            </w:r>
          </w:p>
        </w:tc>
      </w:tr>
      <w:tr w:rsidR="00164D9E" w14:paraId="40EB592B" w14:textId="77777777">
        <w:tc>
          <w:tcPr>
            <w:tcW w:w="2347" w:type="dxa"/>
            <w:vAlign w:val="center"/>
          </w:tcPr>
          <w:p w14:paraId="0A39AC9C" w14:textId="77777777" w:rsidR="00164D9E" w:rsidRDefault="00000000">
            <w:pPr>
              <w:spacing w:before="60" w:after="60"/>
            </w:pPr>
            <w:r>
              <w:rPr>
                <w:b/>
                <w:color w:val="687783"/>
              </w:rPr>
              <w:t>Αριθμός ταυτότητας</w:t>
            </w:r>
          </w:p>
        </w:tc>
        <w:tc>
          <w:tcPr>
            <w:tcW w:w="7819" w:type="dxa"/>
            <w:tcBorders>
              <w:bottom w:val="single" w:sz="5" w:space="0" w:color="CED7DF"/>
            </w:tcBorders>
            <w:vAlign w:val="center"/>
          </w:tcPr>
          <w:p w14:paraId="619F8CD9" w14:textId="77777777" w:rsidR="00164D9E" w:rsidRDefault="00000000">
            <w:r>
              <w:t xml:space="preserve"> </w:t>
            </w:r>
          </w:p>
        </w:tc>
      </w:tr>
      <w:tr w:rsidR="00164D9E" w14:paraId="0AB3437D" w14:textId="77777777">
        <w:tc>
          <w:tcPr>
            <w:tcW w:w="2347" w:type="dxa"/>
            <w:vAlign w:val="center"/>
          </w:tcPr>
          <w:p w14:paraId="1FC89586" w14:textId="77777777" w:rsidR="00164D9E" w:rsidRDefault="00000000">
            <w:pPr>
              <w:spacing w:before="60" w:after="60"/>
            </w:pPr>
            <w:r>
              <w:rPr>
                <w:b/>
                <w:color w:val="687783"/>
              </w:rPr>
              <w:t>Έτος γέννησης</w:t>
            </w:r>
          </w:p>
        </w:tc>
        <w:tc>
          <w:tcPr>
            <w:tcW w:w="7819" w:type="dxa"/>
            <w:tcBorders>
              <w:bottom w:val="single" w:sz="5" w:space="0" w:color="CED7DF"/>
            </w:tcBorders>
            <w:vAlign w:val="center"/>
          </w:tcPr>
          <w:p w14:paraId="6D1CF36B" w14:textId="77777777" w:rsidR="00164D9E" w:rsidRDefault="00000000">
            <w:r>
              <w:t xml:space="preserve"> </w:t>
            </w:r>
          </w:p>
        </w:tc>
      </w:tr>
      <w:tr w:rsidR="00164D9E" w14:paraId="4A176BCC" w14:textId="77777777">
        <w:tc>
          <w:tcPr>
            <w:tcW w:w="2347" w:type="dxa"/>
            <w:vAlign w:val="center"/>
          </w:tcPr>
          <w:p w14:paraId="1A30D061" w14:textId="77777777" w:rsidR="00164D9E" w:rsidRDefault="00000000">
            <w:pPr>
              <w:spacing w:before="60" w:after="60"/>
            </w:pPr>
            <w:r>
              <w:rPr>
                <w:b/>
                <w:color w:val="687783"/>
              </w:rPr>
              <w:t>Τόπος γέννησης</w:t>
            </w:r>
          </w:p>
        </w:tc>
        <w:tc>
          <w:tcPr>
            <w:tcW w:w="7819" w:type="dxa"/>
            <w:tcBorders>
              <w:bottom w:val="single" w:sz="5" w:space="0" w:color="CED7DF"/>
            </w:tcBorders>
            <w:vAlign w:val="center"/>
          </w:tcPr>
          <w:p w14:paraId="5DB6D508" w14:textId="77777777" w:rsidR="00164D9E" w:rsidRDefault="00000000">
            <w:r>
              <w:t xml:space="preserve"> </w:t>
            </w:r>
          </w:p>
        </w:tc>
      </w:tr>
    </w:tbl>
    <w:p w14:paraId="7F8F4D6B" w14:textId="77777777" w:rsidR="00164D9E" w:rsidRDefault="00000000">
      <w:pPr>
        <w:spacing w:before="160" w:after="100"/>
      </w:pPr>
      <w:r>
        <w:rPr>
          <w:b/>
          <w:color w:val="14416C"/>
          <w:sz w:val="20"/>
        </w:rPr>
        <w:t>02  ΣΤΟΙΧΕΙΑ ΕΠΙΚΟΙΝΩΝΙΑΣ</w:t>
      </w:r>
    </w:p>
    <w:tbl>
      <w:tblPr>
        <w:tblW w:w="0" w:type="auto"/>
        <w:tblLayout w:type="fixed"/>
        <w:tblLook w:val="04A0" w:firstRow="1" w:lastRow="0" w:firstColumn="1" w:lastColumn="0" w:noHBand="0" w:noVBand="1"/>
      </w:tblPr>
      <w:tblGrid>
        <w:gridCol w:w="2347"/>
        <w:gridCol w:w="7819"/>
      </w:tblGrid>
      <w:tr w:rsidR="00164D9E" w14:paraId="5DA9C0E8" w14:textId="77777777">
        <w:tc>
          <w:tcPr>
            <w:tcW w:w="2347" w:type="dxa"/>
            <w:vAlign w:val="center"/>
          </w:tcPr>
          <w:p w14:paraId="3799F9AF" w14:textId="77777777" w:rsidR="00164D9E" w:rsidRDefault="00000000">
            <w:pPr>
              <w:spacing w:before="60" w:after="60"/>
            </w:pPr>
            <w:r>
              <w:rPr>
                <w:b/>
                <w:color w:val="687783"/>
              </w:rPr>
              <w:t>Οδός / Αριθμός</w:t>
            </w:r>
          </w:p>
        </w:tc>
        <w:tc>
          <w:tcPr>
            <w:tcW w:w="7819" w:type="dxa"/>
            <w:tcBorders>
              <w:bottom w:val="single" w:sz="5" w:space="0" w:color="CED7DF"/>
            </w:tcBorders>
            <w:vAlign w:val="center"/>
          </w:tcPr>
          <w:p w14:paraId="290C7323" w14:textId="77777777" w:rsidR="00164D9E" w:rsidRDefault="00000000">
            <w:r>
              <w:t xml:space="preserve"> </w:t>
            </w:r>
          </w:p>
        </w:tc>
      </w:tr>
      <w:tr w:rsidR="00164D9E" w14:paraId="06436672" w14:textId="77777777">
        <w:tc>
          <w:tcPr>
            <w:tcW w:w="2347" w:type="dxa"/>
            <w:vAlign w:val="center"/>
          </w:tcPr>
          <w:p w14:paraId="545A7127" w14:textId="77777777" w:rsidR="00164D9E" w:rsidRDefault="00000000">
            <w:pPr>
              <w:spacing w:before="60" w:after="60"/>
            </w:pPr>
            <w:r>
              <w:rPr>
                <w:b/>
                <w:color w:val="687783"/>
              </w:rPr>
              <w:t>Πόλη / Τ.Κ.</w:t>
            </w:r>
          </w:p>
        </w:tc>
        <w:tc>
          <w:tcPr>
            <w:tcW w:w="7819" w:type="dxa"/>
            <w:tcBorders>
              <w:bottom w:val="single" w:sz="5" w:space="0" w:color="CED7DF"/>
            </w:tcBorders>
            <w:vAlign w:val="center"/>
          </w:tcPr>
          <w:p w14:paraId="2CB3BC16" w14:textId="77777777" w:rsidR="00164D9E" w:rsidRDefault="00000000">
            <w:r>
              <w:t xml:space="preserve"> </w:t>
            </w:r>
          </w:p>
        </w:tc>
      </w:tr>
      <w:tr w:rsidR="00164D9E" w14:paraId="7FAC3DF0" w14:textId="77777777">
        <w:tc>
          <w:tcPr>
            <w:tcW w:w="2347" w:type="dxa"/>
            <w:vAlign w:val="center"/>
          </w:tcPr>
          <w:p w14:paraId="62BDDDB5" w14:textId="77777777" w:rsidR="00164D9E" w:rsidRDefault="00000000">
            <w:pPr>
              <w:spacing w:before="60" w:after="60"/>
            </w:pPr>
            <w:r>
              <w:rPr>
                <w:b/>
                <w:color w:val="687783"/>
              </w:rPr>
              <w:t>Τηλέφωνο</w:t>
            </w:r>
          </w:p>
        </w:tc>
        <w:tc>
          <w:tcPr>
            <w:tcW w:w="7819" w:type="dxa"/>
            <w:tcBorders>
              <w:bottom w:val="single" w:sz="5" w:space="0" w:color="CED7DF"/>
            </w:tcBorders>
            <w:vAlign w:val="center"/>
          </w:tcPr>
          <w:p w14:paraId="28EF4EBC" w14:textId="77777777" w:rsidR="00164D9E" w:rsidRDefault="00000000">
            <w:r>
              <w:t xml:space="preserve"> </w:t>
            </w:r>
          </w:p>
        </w:tc>
      </w:tr>
      <w:tr w:rsidR="00164D9E" w14:paraId="603FFE70" w14:textId="77777777">
        <w:tc>
          <w:tcPr>
            <w:tcW w:w="2347" w:type="dxa"/>
            <w:vAlign w:val="center"/>
          </w:tcPr>
          <w:p w14:paraId="0DD11082" w14:textId="77777777" w:rsidR="00164D9E" w:rsidRDefault="00000000">
            <w:pPr>
              <w:spacing w:before="60" w:after="60"/>
            </w:pPr>
            <w:r>
              <w:rPr>
                <w:b/>
                <w:color w:val="687783"/>
              </w:rPr>
              <w:t>Κινητό</w:t>
            </w:r>
          </w:p>
        </w:tc>
        <w:tc>
          <w:tcPr>
            <w:tcW w:w="7819" w:type="dxa"/>
            <w:tcBorders>
              <w:bottom w:val="single" w:sz="5" w:space="0" w:color="CED7DF"/>
            </w:tcBorders>
            <w:vAlign w:val="center"/>
          </w:tcPr>
          <w:p w14:paraId="2873097E" w14:textId="77777777" w:rsidR="00164D9E" w:rsidRDefault="00000000">
            <w:r>
              <w:t xml:space="preserve"> </w:t>
            </w:r>
          </w:p>
        </w:tc>
      </w:tr>
      <w:tr w:rsidR="00164D9E" w14:paraId="35A9D0CA" w14:textId="77777777">
        <w:tc>
          <w:tcPr>
            <w:tcW w:w="2347" w:type="dxa"/>
            <w:vAlign w:val="center"/>
          </w:tcPr>
          <w:p w14:paraId="1210FC76" w14:textId="77777777" w:rsidR="00164D9E" w:rsidRDefault="00000000">
            <w:pPr>
              <w:spacing w:before="60" w:after="60"/>
            </w:pPr>
            <w:r>
              <w:rPr>
                <w:b/>
                <w:color w:val="687783"/>
              </w:rPr>
              <w:t>Email</w:t>
            </w:r>
          </w:p>
        </w:tc>
        <w:tc>
          <w:tcPr>
            <w:tcW w:w="7819" w:type="dxa"/>
            <w:tcBorders>
              <w:bottom w:val="single" w:sz="5" w:space="0" w:color="CED7DF"/>
            </w:tcBorders>
            <w:vAlign w:val="center"/>
          </w:tcPr>
          <w:p w14:paraId="30B1F251" w14:textId="77777777" w:rsidR="00164D9E" w:rsidRDefault="00000000">
            <w:r>
              <w:t xml:space="preserve"> </w:t>
            </w:r>
          </w:p>
        </w:tc>
      </w:tr>
    </w:tbl>
    <w:p w14:paraId="4EBB942C" w14:textId="77777777" w:rsidR="00164D9E" w:rsidRDefault="00000000">
      <w:pPr>
        <w:spacing w:before="160" w:after="100"/>
      </w:pPr>
      <w:r>
        <w:rPr>
          <w:b/>
          <w:color w:val="14416C"/>
          <w:sz w:val="20"/>
        </w:rPr>
        <w:t>03  ΑΙΤΗΜΑ</w:t>
      </w:r>
    </w:p>
    <w:p w14:paraId="0D303E12" w14:textId="77777777" w:rsidR="00164D9E" w:rsidRPr="00D303D6" w:rsidRDefault="00000000">
      <w:pPr>
        <w:spacing w:after="100"/>
        <w:rPr>
          <w:lang w:val="el-GR"/>
        </w:rPr>
      </w:pPr>
      <w:r w:rsidRPr="00D303D6">
        <w:rPr>
          <w:lang w:val="el-GR"/>
        </w:rPr>
        <w:t xml:space="preserve">Προς: Πρόγραμμα Μεταπτυχιακών Σπουδών «Ψηφιακό Μάρκετινγκ – </w:t>
      </w:r>
      <w:r>
        <w:t>Digital</w:t>
      </w:r>
      <w:r w:rsidRPr="00D303D6">
        <w:rPr>
          <w:lang w:val="el-GR"/>
        </w:rPr>
        <w:t xml:space="preserve"> </w:t>
      </w:r>
      <w:r>
        <w:t>Marketing</w:t>
      </w:r>
      <w:r w:rsidRPr="00D303D6">
        <w:rPr>
          <w:lang w:val="el-GR"/>
        </w:rPr>
        <w:t>» του Τμήματος Διοικητικής Επιστήμης και Τεχνολογίας του Δημοκριτείου Πανεπιστημίου Θράκης.</w:t>
      </w:r>
    </w:p>
    <w:p w14:paraId="72D14A79" w14:textId="77777777" w:rsidR="00D303D6" w:rsidRDefault="00D303D6" w:rsidP="00D303D6">
      <w:pPr>
        <w:spacing w:before="160" w:after="100"/>
        <w:jc w:val="both"/>
        <w:rPr>
          <w:lang w:val="el-GR"/>
        </w:rPr>
      </w:pPr>
      <w:r w:rsidRPr="00D303D6">
        <w:rPr>
          <w:lang w:val="el-GR"/>
        </w:rPr>
        <w:t>Σας υποβάλλω συνημμένα τα απαιτούμενα δικαιολογητικά και παρακαλώ να εξετάσετε και να εγκρίνετε το αίτημά μου για απαλλαγή από την υποχρέωση καταβολής τελών φοίτησης του Προγράμματος Μεταπτυχιακών Σπουδών «Ψηφιακό Μάρκετινγκ» του Δημοκριτείου Πανεπιστημίου Θράκης, για το ακαδημαϊκό έτος 2026–2027, σύμφωνα με το άρθρο 86 του Ν. 4957/2022 (ΦΕΚ Α΄ 141), την Υπουργική Απόφαση 108990/Ζ1 (ΦΕΚ Β΄ 4899/16.09.2022) και την Υπουργική Απόφαση 41871/Ζ1 (ΦΕΚ Β΄ 2124/09.04.2026), όπως ισχύουν.</w:t>
      </w:r>
    </w:p>
    <w:p w14:paraId="721A1683" w14:textId="6F7B935D" w:rsidR="00164D9E" w:rsidRPr="00D303D6" w:rsidRDefault="00000000">
      <w:pPr>
        <w:spacing w:before="160" w:after="100"/>
        <w:rPr>
          <w:lang w:val="el-GR"/>
        </w:rPr>
      </w:pPr>
      <w:r w:rsidRPr="00D303D6">
        <w:rPr>
          <w:b/>
          <w:color w:val="14416C"/>
          <w:sz w:val="20"/>
          <w:lang w:val="el-GR"/>
        </w:rPr>
        <w:t>04  ΣΥΝΗΜΜΕΝΑ ΔΙΚΑΙΟΛΟΓΗΤΙΚΑ</w:t>
      </w:r>
    </w:p>
    <w:tbl>
      <w:tblPr>
        <w:tblW w:w="10543" w:type="dxa"/>
        <w:tblLayout w:type="fixed"/>
        <w:tblLook w:val="04A0" w:firstRow="1" w:lastRow="0" w:firstColumn="1" w:lastColumn="0" w:noHBand="0" w:noVBand="1"/>
      </w:tblPr>
      <w:tblGrid>
        <w:gridCol w:w="6475"/>
        <w:gridCol w:w="4068"/>
      </w:tblGrid>
      <w:tr w:rsidR="00164D9E" w14:paraId="3EE53CDF" w14:textId="77777777" w:rsidTr="00D303D6">
        <w:trPr>
          <w:trHeight w:val="286"/>
        </w:trPr>
        <w:tc>
          <w:tcPr>
            <w:tcW w:w="6475" w:type="dxa"/>
            <w:shd w:val="clear" w:color="auto" w:fill="E8EFF5"/>
          </w:tcPr>
          <w:p w14:paraId="6DDE9706" w14:textId="77777777" w:rsidR="00164D9E" w:rsidRDefault="00000000">
            <w:proofErr w:type="spellStart"/>
            <w:r>
              <w:rPr>
                <w:b/>
                <w:color w:val="14416C"/>
                <w:sz w:val="17"/>
              </w:rPr>
              <w:t>Περιγρ</w:t>
            </w:r>
            <w:proofErr w:type="spellEnd"/>
            <w:r>
              <w:rPr>
                <w:b/>
                <w:color w:val="14416C"/>
                <w:sz w:val="17"/>
              </w:rPr>
              <w:t>αφή δικαιολογητικού</w:t>
            </w:r>
          </w:p>
        </w:tc>
        <w:tc>
          <w:tcPr>
            <w:tcW w:w="4068" w:type="dxa"/>
            <w:shd w:val="clear" w:color="auto" w:fill="E8EFF5"/>
          </w:tcPr>
          <w:p w14:paraId="0F54AFB4" w14:textId="77777777" w:rsidR="00164D9E" w:rsidRDefault="00000000">
            <w:r>
              <w:rPr>
                <w:b/>
                <w:color w:val="14416C"/>
                <w:sz w:val="17"/>
              </w:rPr>
              <w:t>Αριθμός</w:t>
            </w:r>
          </w:p>
        </w:tc>
      </w:tr>
      <w:tr w:rsidR="00164D9E" w14:paraId="329A62E7" w14:textId="77777777" w:rsidTr="00D303D6">
        <w:trPr>
          <w:trHeight w:val="300"/>
        </w:trPr>
        <w:tc>
          <w:tcPr>
            <w:tcW w:w="6475" w:type="dxa"/>
            <w:tcBorders>
              <w:bottom w:val="single" w:sz="5" w:space="0" w:color="CED7DF"/>
            </w:tcBorders>
          </w:tcPr>
          <w:p w14:paraId="7B5CFE7D" w14:textId="77777777" w:rsidR="00164D9E" w:rsidRDefault="00000000">
            <w:pPr>
              <w:spacing w:before="40" w:after="40"/>
            </w:pPr>
            <w:r>
              <w:t xml:space="preserve">  </w:t>
            </w:r>
          </w:p>
        </w:tc>
        <w:tc>
          <w:tcPr>
            <w:tcW w:w="4068" w:type="dxa"/>
            <w:tcBorders>
              <w:bottom w:val="single" w:sz="5" w:space="0" w:color="CED7DF"/>
            </w:tcBorders>
          </w:tcPr>
          <w:p w14:paraId="399C0C8D" w14:textId="77777777" w:rsidR="00164D9E" w:rsidRDefault="00000000">
            <w:pPr>
              <w:spacing w:before="40" w:after="40"/>
            </w:pPr>
            <w:r>
              <w:t xml:space="preserve"> </w:t>
            </w:r>
          </w:p>
        </w:tc>
      </w:tr>
      <w:tr w:rsidR="00164D9E" w14:paraId="727EEEF2" w14:textId="77777777" w:rsidTr="00D303D6">
        <w:trPr>
          <w:trHeight w:val="300"/>
        </w:trPr>
        <w:tc>
          <w:tcPr>
            <w:tcW w:w="6475" w:type="dxa"/>
            <w:tcBorders>
              <w:bottom w:val="single" w:sz="5" w:space="0" w:color="CED7DF"/>
            </w:tcBorders>
          </w:tcPr>
          <w:p w14:paraId="67D0FE0C" w14:textId="77777777" w:rsidR="00164D9E" w:rsidRDefault="00000000">
            <w:pPr>
              <w:spacing w:before="40" w:after="40"/>
            </w:pPr>
            <w:r>
              <w:t xml:space="preserve">  </w:t>
            </w:r>
          </w:p>
        </w:tc>
        <w:tc>
          <w:tcPr>
            <w:tcW w:w="4068" w:type="dxa"/>
            <w:tcBorders>
              <w:bottom w:val="single" w:sz="5" w:space="0" w:color="CED7DF"/>
            </w:tcBorders>
          </w:tcPr>
          <w:p w14:paraId="57AF1329" w14:textId="77777777" w:rsidR="00164D9E" w:rsidRDefault="00000000">
            <w:pPr>
              <w:spacing w:before="40" w:after="40"/>
            </w:pPr>
            <w:r>
              <w:t xml:space="preserve"> </w:t>
            </w:r>
          </w:p>
        </w:tc>
      </w:tr>
      <w:tr w:rsidR="00164D9E" w14:paraId="75C40114" w14:textId="77777777" w:rsidTr="00D303D6">
        <w:trPr>
          <w:trHeight w:val="300"/>
        </w:trPr>
        <w:tc>
          <w:tcPr>
            <w:tcW w:w="6475" w:type="dxa"/>
            <w:tcBorders>
              <w:bottom w:val="single" w:sz="5" w:space="0" w:color="CED7DF"/>
            </w:tcBorders>
          </w:tcPr>
          <w:p w14:paraId="0AA1BF11" w14:textId="77777777" w:rsidR="00164D9E" w:rsidRDefault="00000000">
            <w:pPr>
              <w:spacing w:before="40" w:after="40"/>
            </w:pPr>
            <w:r>
              <w:t xml:space="preserve">  </w:t>
            </w:r>
          </w:p>
        </w:tc>
        <w:tc>
          <w:tcPr>
            <w:tcW w:w="4068" w:type="dxa"/>
            <w:tcBorders>
              <w:bottom w:val="single" w:sz="5" w:space="0" w:color="CED7DF"/>
            </w:tcBorders>
          </w:tcPr>
          <w:p w14:paraId="7A2B9A1B" w14:textId="77777777" w:rsidR="00164D9E" w:rsidRDefault="00000000">
            <w:pPr>
              <w:spacing w:before="40" w:after="40"/>
            </w:pPr>
            <w:r>
              <w:t xml:space="preserve"> </w:t>
            </w:r>
          </w:p>
        </w:tc>
      </w:tr>
      <w:tr w:rsidR="00164D9E" w14:paraId="492841EB" w14:textId="77777777" w:rsidTr="00D303D6">
        <w:trPr>
          <w:trHeight w:val="300"/>
        </w:trPr>
        <w:tc>
          <w:tcPr>
            <w:tcW w:w="6475" w:type="dxa"/>
            <w:tcBorders>
              <w:bottom w:val="single" w:sz="5" w:space="0" w:color="CED7DF"/>
            </w:tcBorders>
          </w:tcPr>
          <w:p w14:paraId="7B6A6575" w14:textId="77777777" w:rsidR="00164D9E" w:rsidRDefault="00000000">
            <w:pPr>
              <w:spacing w:before="40" w:after="40"/>
            </w:pPr>
            <w:r>
              <w:t xml:space="preserve">  </w:t>
            </w:r>
          </w:p>
        </w:tc>
        <w:tc>
          <w:tcPr>
            <w:tcW w:w="4068" w:type="dxa"/>
            <w:tcBorders>
              <w:bottom w:val="single" w:sz="5" w:space="0" w:color="CED7DF"/>
            </w:tcBorders>
          </w:tcPr>
          <w:p w14:paraId="3BC329D2" w14:textId="77777777" w:rsidR="00164D9E" w:rsidRDefault="00000000">
            <w:pPr>
              <w:spacing w:before="40" w:after="40"/>
            </w:pPr>
            <w:r>
              <w:t xml:space="preserve"> </w:t>
            </w:r>
          </w:p>
        </w:tc>
      </w:tr>
    </w:tbl>
    <w:p w14:paraId="2875AC0A" w14:textId="77777777" w:rsidR="00164D9E" w:rsidRDefault="00164D9E">
      <w:pPr>
        <w:spacing w:after="0"/>
      </w:pPr>
    </w:p>
    <w:tbl>
      <w:tblPr>
        <w:tblW w:w="0" w:type="auto"/>
        <w:tblLook w:val="04A0" w:firstRow="1" w:lastRow="0" w:firstColumn="1" w:lastColumn="0" w:noHBand="0" w:noVBand="1"/>
      </w:tblPr>
      <w:tblGrid>
        <w:gridCol w:w="5112"/>
        <w:gridCol w:w="5112"/>
      </w:tblGrid>
      <w:tr w:rsidR="00164D9E" w:rsidRPr="00D303D6" w14:paraId="4F70BCC6" w14:textId="77777777">
        <w:tc>
          <w:tcPr>
            <w:tcW w:w="5112" w:type="dxa"/>
          </w:tcPr>
          <w:p w14:paraId="4555C30A" w14:textId="77777777" w:rsidR="00164D9E" w:rsidRDefault="00000000">
            <w:pPr>
              <w:jc w:val="center"/>
            </w:pPr>
            <w:r>
              <w:rPr>
                <w:sz w:val="17"/>
              </w:rPr>
              <w:t>Καβάλα, …… / …… / 202……</w:t>
            </w:r>
          </w:p>
        </w:tc>
        <w:tc>
          <w:tcPr>
            <w:tcW w:w="5112" w:type="dxa"/>
          </w:tcPr>
          <w:p w14:paraId="06283472" w14:textId="77777777" w:rsidR="00164D9E" w:rsidRPr="00D303D6" w:rsidRDefault="00000000">
            <w:pPr>
              <w:jc w:val="center"/>
              <w:rPr>
                <w:lang w:val="el-GR"/>
              </w:rPr>
            </w:pPr>
            <w:r w:rsidRPr="00D303D6">
              <w:rPr>
                <w:sz w:val="17"/>
                <w:lang w:val="el-GR"/>
              </w:rPr>
              <w:t>Ο/Η ΑΙΤΩΝ/ΑΙΤΟΥΣΑ</w:t>
            </w:r>
            <w:r w:rsidRPr="00D303D6">
              <w:rPr>
                <w:sz w:val="17"/>
                <w:lang w:val="el-GR"/>
              </w:rPr>
              <w:br/>
            </w:r>
            <w:r w:rsidRPr="00D303D6">
              <w:rPr>
                <w:sz w:val="17"/>
                <w:lang w:val="el-GR"/>
              </w:rPr>
              <w:br/>
              <w:t>……………………………………</w:t>
            </w:r>
            <w:r w:rsidRPr="00D303D6">
              <w:rPr>
                <w:sz w:val="17"/>
                <w:lang w:val="el-GR"/>
              </w:rPr>
              <w:br/>
              <w:t>(Υπογραφή – Ονοματεπώνυμο)</w:t>
            </w:r>
          </w:p>
        </w:tc>
      </w:tr>
    </w:tbl>
    <w:p w14:paraId="3306DD16" w14:textId="77777777" w:rsidR="00C47AEE" w:rsidRPr="00D303D6" w:rsidRDefault="00C47AEE">
      <w:pPr>
        <w:rPr>
          <w:lang w:val="el-GR"/>
        </w:rPr>
      </w:pPr>
    </w:p>
    <w:sectPr w:rsidR="00C47AEE" w:rsidRPr="00D303D6" w:rsidSect="00034616">
      <w:pgSz w:w="12240" w:h="15840"/>
      <w:pgMar w:top="619" w:right="1008" w:bottom="57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87854441">
    <w:abstractNumId w:val="8"/>
  </w:num>
  <w:num w:numId="2" w16cid:durableId="365108320">
    <w:abstractNumId w:val="6"/>
  </w:num>
  <w:num w:numId="3" w16cid:durableId="142814807">
    <w:abstractNumId w:val="5"/>
  </w:num>
  <w:num w:numId="4" w16cid:durableId="516115248">
    <w:abstractNumId w:val="4"/>
  </w:num>
  <w:num w:numId="5" w16cid:durableId="1207139037">
    <w:abstractNumId w:val="7"/>
  </w:num>
  <w:num w:numId="6" w16cid:durableId="1318077089">
    <w:abstractNumId w:val="3"/>
  </w:num>
  <w:num w:numId="7" w16cid:durableId="389304259">
    <w:abstractNumId w:val="2"/>
  </w:num>
  <w:num w:numId="8" w16cid:durableId="1655061619">
    <w:abstractNumId w:val="1"/>
  </w:num>
  <w:num w:numId="9" w16cid:durableId="539627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4D9E"/>
    <w:rsid w:val="0029639D"/>
    <w:rsid w:val="00326F90"/>
    <w:rsid w:val="00AA1D8D"/>
    <w:rsid w:val="00B47730"/>
    <w:rsid w:val="00C47AEE"/>
    <w:rsid w:val="00CB0664"/>
    <w:rsid w:val="00D303D6"/>
    <w:rsid w:val="00FC543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83EBCF"/>
  <w14:defaultImageDpi w14:val="300"/>
  <w15:docId w15:val="{D4D17167-9C43-4004-AAA6-0CE57607F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pPr>
    <w:rPr>
      <w:rFonts w:ascii="Aptos" w:hAnsi="Aptos"/>
      <w:color w:val="2A3541"/>
      <w:sz w:val="18"/>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1025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Vasileios Mardyris</cp:lastModifiedBy>
  <cp:revision>2</cp:revision>
  <dcterms:created xsi:type="dcterms:W3CDTF">2026-10-22T11:05:00Z</dcterms:created>
  <dcterms:modified xsi:type="dcterms:W3CDTF">2026-10-22T11:05:00Z</dcterms:modified>
  <cp:category/>
</cp:coreProperties>
</file>